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3EF1" w14:textId="3CB49F08" w:rsidR="008240A1" w:rsidRPr="008240A1" w:rsidRDefault="00000000" w:rsidP="00824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D4D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  <w:r w:rsidRPr="00035D4D">
        <w:rPr>
          <w:rFonts w:ascii="Times New Roman" w:hAnsi="Times New Roman" w:cs="Times New Roman"/>
          <w:b/>
          <w:sz w:val="24"/>
          <w:szCs w:val="24"/>
        </w:rPr>
        <w:br/>
        <w:t>Độc lập – Tự do – Hạnh phúc</w:t>
      </w:r>
    </w:p>
    <w:p w14:paraId="2A22AB4A" w14:textId="77777777" w:rsidR="00051CC4" w:rsidRPr="00035D4D" w:rsidRDefault="00000000" w:rsidP="00FA072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D4D">
        <w:rPr>
          <w:rFonts w:ascii="Times New Roman" w:hAnsi="Times New Roman" w:cs="Times New Roman"/>
          <w:sz w:val="24"/>
          <w:szCs w:val="24"/>
        </w:rPr>
        <w:br/>
      </w:r>
      <w:r w:rsidRPr="008240A1">
        <w:rPr>
          <w:rFonts w:ascii="Times New Roman" w:hAnsi="Times New Roman" w:cs="Times New Roman"/>
          <w:b/>
          <w:bCs/>
          <w:sz w:val="28"/>
          <w:szCs w:val="28"/>
        </w:rPr>
        <w:t>ĐƠN CAM KẾT THU NHẬP</w:t>
      </w:r>
      <w:r w:rsidRPr="00035D4D">
        <w:rPr>
          <w:rFonts w:ascii="Times New Roman" w:hAnsi="Times New Roman" w:cs="Times New Roman"/>
          <w:sz w:val="24"/>
          <w:szCs w:val="24"/>
        </w:rPr>
        <w:br/>
        <w:t>(Phục vụ xác nhận điều kiện thu nhập khi đăng ký mua/thuê mua nhà ở xã hội)</w:t>
      </w:r>
    </w:p>
    <w:p w14:paraId="744160B2" w14:textId="4063471C" w:rsidR="008240A1" w:rsidRPr="00035D4D" w:rsidRDefault="00000000" w:rsidP="008240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5D4D">
        <w:rPr>
          <w:rFonts w:ascii="Times New Roman" w:hAnsi="Times New Roman" w:cs="Times New Roman"/>
          <w:sz w:val="24"/>
          <w:szCs w:val="24"/>
        </w:rPr>
        <w:br/>
        <w:t>Kính gửi: Công an xã/phường 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Pr="0087656C">
        <w:rPr>
          <w:rFonts w:ascii="Times New Roman" w:hAnsi="Times New Roman" w:cs="Times New Roman"/>
          <w:b/>
          <w:bCs/>
          <w:sz w:val="24"/>
          <w:szCs w:val="24"/>
        </w:rPr>
        <w:t>I. THÔNG TIN NGƯỜI CAM KẾT</w:t>
      </w:r>
      <w:r w:rsidRPr="00035D4D">
        <w:rPr>
          <w:rFonts w:ascii="Times New Roman" w:hAnsi="Times New Roman" w:cs="Times New Roman"/>
          <w:sz w:val="24"/>
          <w:szCs w:val="24"/>
        </w:rPr>
        <w:br/>
        <w:t>Họ và tên: ...........................................................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Ngày, tháng, năm sinh: 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Số CCCD/CMND: 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</w:t>
      </w:r>
      <w:r w:rsidRPr="00035D4D">
        <w:rPr>
          <w:rFonts w:ascii="Times New Roman" w:hAnsi="Times New Roman" w:cs="Times New Roman"/>
          <w:sz w:val="24"/>
          <w:szCs w:val="24"/>
        </w:rPr>
        <w:t>.......... Ngày cấp: ........</w:t>
      </w:r>
      <w:r w:rsidR="0087656C">
        <w:rPr>
          <w:rFonts w:ascii="Times New Roman" w:hAnsi="Times New Roman" w:cs="Times New Roman"/>
          <w:sz w:val="24"/>
          <w:szCs w:val="24"/>
        </w:rPr>
        <w:t>............</w:t>
      </w:r>
      <w:r w:rsidRPr="00035D4D">
        <w:rPr>
          <w:rFonts w:ascii="Times New Roman" w:hAnsi="Times New Roman" w:cs="Times New Roman"/>
          <w:sz w:val="24"/>
          <w:szCs w:val="24"/>
        </w:rPr>
        <w:t>.......... Nơi cấp: ..........</w:t>
      </w:r>
      <w:r w:rsidR="0087656C">
        <w:rPr>
          <w:rFonts w:ascii="Times New Roman" w:hAnsi="Times New Roman" w:cs="Times New Roman"/>
          <w:sz w:val="24"/>
          <w:szCs w:val="24"/>
        </w:rPr>
        <w:t>........</w:t>
      </w:r>
      <w:r w:rsidRPr="00035D4D">
        <w:rPr>
          <w:rFonts w:ascii="Times New Roman" w:hAnsi="Times New Roman" w:cs="Times New Roman"/>
          <w:sz w:val="24"/>
          <w:szCs w:val="24"/>
        </w:rPr>
        <w:t>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Hộ khẩu thường trú: .................................................................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Chỗ ở hiện nay (nơi cư trú): .............................................................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Số điện thoại liên hệ: ................................................................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Pr="0087656C">
        <w:rPr>
          <w:rFonts w:ascii="Times New Roman" w:hAnsi="Times New Roman" w:cs="Times New Roman"/>
          <w:b/>
          <w:bCs/>
          <w:sz w:val="24"/>
          <w:szCs w:val="24"/>
        </w:rPr>
        <w:t>II. TÌNH TRẠNG VIỆC LÀM – THU NHẬP</w:t>
      </w:r>
      <w:r w:rsidRPr="00035D4D">
        <w:rPr>
          <w:rFonts w:ascii="Times New Roman" w:hAnsi="Times New Roman" w:cs="Times New Roman"/>
          <w:sz w:val="24"/>
          <w:szCs w:val="24"/>
        </w:rPr>
        <w:br/>
        <w:t>Công việc hiện tại: ...........................................................................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Đơn vị/cá nhân thuê mướn (nếu có): 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br/>
        <w:t>Thu nhập bình quân thực tế: ..........</w:t>
      </w:r>
      <w:r w:rsidR="0087656C">
        <w:rPr>
          <w:rFonts w:ascii="Times New Roman" w:hAnsi="Times New Roman" w:cs="Times New Roman"/>
          <w:sz w:val="24"/>
          <w:szCs w:val="24"/>
        </w:rPr>
        <w:t>...............</w:t>
      </w:r>
      <w:r w:rsidRPr="00035D4D">
        <w:rPr>
          <w:rFonts w:ascii="Times New Roman" w:hAnsi="Times New Roman" w:cs="Times New Roman"/>
          <w:sz w:val="24"/>
          <w:szCs w:val="24"/>
        </w:rPr>
        <w:t>....... đồng/tháng</w:t>
      </w:r>
      <w:r w:rsidRPr="00035D4D">
        <w:rPr>
          <w:rFonts w:ascii="Times New Roman" w:hAnsi="Times New Roman" w:cs="Times New Roman"/>
          <w:sz w:val="24"/>
          <w:szCs w:val="24"/>
        </w:rPr>
        <w:br/>
        <w:t>(Bằng chữ: .........................................................</w:t>
      </w:r>
      <w:r w:rsidR="0087656C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035D4D">
        <w:rPr>
          <w:rFonts w:ascii="Times New Roman" w:hAnsi="Times New Roman" w:cs="Times New Roman"/>
          <w:sz w:val="24"/>
          <w:szCs w:val="24"/>
        </w:rPr>
        <w:t>...................................................)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Pr="0087656C">
        <w:rPr>
          <w:rFonts w:ascii="Times New Roman" w:hAnsi="Times New Roman" w:cs="Times New Roman"/>
          <w:b/>
          <w:bCs/>
          <w:sz w:val="24"/>
          <w:szCs w:val="24"/>
        </w:rPr>
        <w:t>III. NỘI DUNG CAM KẾT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="008240A1">
        <w:rPr>
          <w:rFonts w:ascii="Times New Roman" w:hAnsi="Times New Roman" w:cs="Times New Roman"/>
          <w:sz w:val="24"/>
          <w:szCs w:val="24"/>
        </w:rPr>
        <w:t xml:space="preserve">    </w:t>
      </w:r>
      <w:r w:rsidRPr="00035D4D">
        <w:rPr>
          <w:rFonts w:ascii="Times New Roman" w:hAnsi="Times New Roman" w:cs="Times New Roman"/>
          <w:sz w:val="24"/>
          <w:szCs w:val="24"/>
        </w:rPr>
        <w:t>Tôi xin cam kết:</w:t>
      </w:r>
      <w:r w:rsidRPr="00035D4D">
        <w:rPr>
          <w:rFonts w:ascii="Times New Roman" w:hAnsi="Times New Roman" w:cs="Times New Roman"/>
          <w:sz w:val="24"/>
          <w:szCs w:val="24"/>
        </w:rPr>
        <w:br/>
        <w:t>1. Không ký hợp đồng lao động, không thuộc đối tượng tham gia BHXH bắt buộc.</w:t>
      </w:r>
      <w:r w:rsidRPr="00035D4D">
        <w:rPr>
          <w:rFonts w:ascii="Times New Roman" w:hAnsi="Times New Roman" w:cs="Times New Roman"/>
          <w:sz w:val="24"/>
          <w:szCs w:val="24"/>
        </w:rPr>
        <w:br/>
        <w:t>2. Không có giấy tờ chứng minh thu nhập.</w:t>
      </w:r>
      <w:r w:rsidRPr="00035D4D">
        <w:rPr>
          <w:rFonts w:ascii="Times New Roman" w:hAnsi="Times New Roman" w:cs="Times New Roman"/>
          <w:sz w:val="24"/>
          <w:szCs w:val="24"/>
        </w:rPr>
        <w:br/>
        <w:t>3. Thu nhập kê khai là đúng thực tế, thuộc đối tượng thu nhập thấp theo quy định về NOXH.</w:t>
      </w:r>
      <w:r w:rsidRPr="00035D4D">
        <w:rPr>
          <w:rFonts w:ascii="Times New Roman" w:hAnsi="Times New Roman" w:cs="Times New Roman"/>
          <w:sz w:val="24"/>
          <w:szCs w:val="24"/>
        </w:rPr>
        <w:br/>
        <w:t>5. Tôi hoàn toàn chịu trách nhiệm trước pháp luật nếu nội dung kê khai không đúng sự thật.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Pr="008240A1">
        <w:rPr>
          <w:rFonts w:ascii="Times New Roman" w:hAnsi="Times New Roman" w:cs="Times New Roman"/>
          <w:b/>
          <w:bCs/>
          <w:sz w:val="24"/>
          <w:szCs w:val="24"/>
        </w:rPr>
        <w:t>IV. ĐỀ NGHỊ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="008240A1">
        <w:rPr>
          <w:rFonts w:ascii="Times New Roman" w:hAnsi="Times New Roman" w:cs="Times New Roman"/>
          <w:sz w:val="24"/>
          <w:szCs w:val="24"/>
        </w:rPr>
        <w:t xml:space="preserve">     </w:t>
      </w:r>
      <w:r w:rsidRPr="00035D4D">
        <w:rPr>
          <w:rFonts w:ascii="Times New Roman" w:hAnsi="Times New Roman" w:cs="Times New Roman"/>
          <w:sz w:val="24"/>
          <w:szCs w:val="24"/>
        </w:rPr>
        <w:t>Kính đề nghị Quý cơ quan xem xét, xác nhận</w:t>
      </w:r>
      <w:r w:rsidR="008240A1">
        <w:rPr>
          <w:rFonts w:ascii="Times New Roman" w:hAnsi="Times New Roman" w:cs="Times New Roman"/>
          <w:sz w:val="24"/>
          <w:szCs w:val="24"/>
        </w:rPr>
        <w:t xml:space="preserve"> </w:t>
      </w:r>
      <w:r w:rsidR="008240A1" w:rsidRPr="00035D4D">
        <w:rPr>
          <w:rFonts w:ascii="Times New Roman" w:hAnsi="Times New Roman" w:cs="Times New Roman"/>
          <w:sz w:val="24"/>
          <w:szCs w:val="24"/>
        </w:rPr>
        <w:t>nhận điều kiện thu nhập theo Mẫu số 05 – Thông tư 32/2025/TT-BXD</w:t>
      </w:r>
      <w:r w:rsidR="008240A1">
        <w:rPr>
          <w:rFonts w:ascii="Times New Roman" w:hAnsi="Times New Roman" w:cs="Times New Roman"/>
          <w:sz w:val="24"/>
          <w:szCs w:val="24"/>
        </w:rPr>
        <w:t xml:space="preserve"> </w:t>
      </w:r>
      <w:r w:rsidRPr="00035D4D">
        <w:rPr>
          <w:rFonts w:ascii="Times New Roman" w:hAnsi="Times New Roman" w:cs="Times New Roman"/>
          <w:sz w:val="24"/>
          <w:szCs w:val="24"/>
        </w:rPr>
        <w:t>để tôi hoàn thiện hồ sơ nhà ở xã hội.</w:t>
      </w:r>
      <w:r w:rsidRPr="00035D4D">
        <w:rPr>
          <w:rFonts w:ascii="Times New Roman" w:hAnsi="Times New Roman" w:cs="Times New Roman"/>
          <w:sz w:val="24"/>
          <w:szCs w:val="24"/>
        </w:rPr>
        <w:br/>
      </w:r>
      <w:r w:rsidR="008240A1">
        <w:rPr>
          <w:rFonts w:ascii="Times New Roman" w:hAnsi="Times New Roman" w:cs="Times New Roman"/>
          <w:sz w:val="24"/>
          <w:szCs w:val="24"/>
        </w:rPr>
        <w:t xml:space="preserve">     </w:t>
      </w:r>
      <w:r w:rsidRPr="00035D4D">
        <w:rPr>
          <w:rFonts w:ascii="Times New Roman" w:hAnsi="Times New Roman" w:cs="Times New Roman"/>
          <w:sz w:val="24"/>
          <w:szCs w:val="24"/>
        </w:rPr>
        <w:t>Tôi xin 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8240A1" w14:paraId="6B47851A" w14:textId="77777777" w:rsidTr="008240A1">
        <w:tc>
          <w:tcPr>
            <w:tcW w:w="4927" w:type="dxa"/>
          </w:tcPr>
          <w:p w14:paraId="77C8D430" w14:textId="77777777" w:rsidR="008240A1" w:rsidRDefault="008240A1" w:rsidP="0003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14:paraId="6E8123CE" w14:textId="5B1A5DDB" w:rsidR="008240A1" w:rsidRDefault="008240A1" w:rsidP="0082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D4D">
              <w:rPr>
                <w:rFonts w:ascii="Times New Roman" w:hAnsi="Times New Roman" w:cs="Times New Roman"/>
                <w:sz w:val="24"/>
                <w:szCs w:val="24"/>
              </w:rPr>
              <w:t>………, ngày …… tháng …… năm ……</w:t>
            </w:r>
            <w:r w:rsidRPr="00035D4D">
              <w:rPr>
                <w:rFonts w:ascii="Times New Roman" w:hAnsi="Times New Roman" w:cs="Times New Roman"/>
                <w:sz w:val="24"/>
                <w:szCs w:val="24"/>
              </w:rPr>
              <w:br/>
              <w:t>NGƯỜI CAM KẾT</w:t>
            </w:r>
            <w:r w:rsidRPr="00035D4D">
              <w:rPr>
                <w:rFonts w:ascii="Times New Roman" w:hAnsi="Times New Roman" w:cs="Times New Roman"/>
                <w:sz w:val="24"/>
                <w:szCs w:val="24"/>
              </w:rPr>
              <w:br/>
              <w:t>(Ký, ghi rõ họ tên)</w:t>
            </w:r>
          </w:p>
        </w:tc>
      </w:tr>
    </w:tbl>
    <w:p w14:paraId="7C0FE58C" w14:textId="33699336" w:rsidR="00051CC4" w:rsidRPr="00035D4D" w:rsidRDefault="00051CC4" w:rsidP="00035D4D">
      <w:pPr>
        <w:rPr>
          <w:rFonts w:ascii="Times New Roman" w:hAnsi="Times New Roman" w:cs="Times New Roman"/>
          <w:sz w:val="24"/>
          <w:szCs w:val="24"/>
        </w:rPr>
      </w:pPr>
    </w:p>
    <w:sectPr w:rsidR="00051CC4" w:rsidRPr="00035D4D" w:rsidSect="0087656C">
      <w:pgSz w:w="12240" w:h="15840"/>
      <w:pgMar w:top="1440" w:right="1325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2455503">
    <w:abstractNumId w:val="8"/>
  </w:num>
  <w:num w:numId="2" w16cid:durableId="178932326">
    <w:abstractNumId w:val="6"/>
  </w:num>
  <w:num w:numId="3" w16cid:durableId="890267709">
    <w:abstractNumId w:val="5"/>
  </w:num>
  <w:num w:numId="4" w16cid:durableId="898829627">
    <w:abstractNumId w:val="4"/>
  </w:num>
  <w:num w:numId="5" w16cid:durableId="1220290806">
    <w:abstractNumId w:val="7"/>
  </w:num>
  <w:num w:numId="6" w16cid:durableId="584454537">
    <w:abstractNumId w:val="3"/>
  </w:num>
  <w:num w:numId="7" w16cid:durableId="570430352">
    <w:abstractNumId w:val="2"/>
  </w:num>
  <w:num w:numId="8" w16cid:durableId="601454788">
    <w:abstractNumId w:val="1"/>
  </w:num>
  <w:num w:numId="9" w16cid:durableId="4568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4D"/>
    <w:rsid w:val="00051CC4"/>
    <w:rsid w:val="0006063C"/>
    <w:rsid w:val="0006594C"/>
    <w:rsid w:val="000D1CD8"/>
    <w:rsid w:val="0015074B"/>
    <w:rsid w:val="001F5713"/>
    <w:rsid w:val="0029639D"/>
    <w:rsid w:val="00315954"/>
    <w:rsid w:val="00326F90"/>
    <w:rsid w:val="004D0240"/>
    <w:rsid w:val="008240A1"/>
    <w:rsid w:val="0087656C"/>
    <w:rsid w:val="00AA1D8D"/>
    <w:rsid w:val="00AD746F"/>
    <w:rsid w:val="00B47730"/>
    <w:rsid w:val="00CB0664"/>
    <w:rsid w:val="00EC178B"/>
    <w:rsid w:val="00FA07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5C96F8"/>
  <w14:defaultImageDpi w14:val="300"/>
  <w15:docId w15:val="{AE8DC68F-7E06-4238-A282-53344772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</cp:lastModifiedBy>
  <cp:revision>8</cp:revision>
  <dcterms:created xsi:type="dcterms:W3CDTF">2013-12-23T23:15:00Z</dcterms:created>
  <dcterms:modified xsi:type="dcterms:W3CDTF">2026-02-03T07:44:00Z</dcterms:modified>
  <cp:category/>
</cp:coreProperties>
</file>